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F6497E" w:rsidTr="00ED500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F6497E" w:rsidRDefault="00F6497E" w:rsidP="00ED500B">
            <w:pPr>
              <w:keepNext/>
              <w:jc w:val="center"/>
              <w:rPr>
                <w:i/>
                <w:color w:val="595959"/>
              </w:rPr>
            </w:pPr>
            <w:r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3712E612" wp14:editId="6B1108D8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497E" w:rsidRDefault="00F6497E" w:rsidP="00ED500B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F6497E" w:rsidRPr="00DE1324" w:rsidRDefault="00F6497E" w:rsidP="00ED500B">
            <w:pPr>
              <w:keepNext/>
            </w:pPr>
            <w:proofErr w:type="spellStart"/>
            <w:r w:rsidRPr="00DE1324">
              <w:rPr>
                <w:b/>
              </w:rPr>
              <w:t>Județul</w:t>
            </w:r>
            <w:proofErr w:type="spellEnd"/>
            <w:r w:rsidRPr="00DE1324">
              <w:rPr>
                <w:b/>
              </w:rPr>
              <w:t xml:space="preserve">   </w:t>
            </w:r>
            <w:proofErr w:type="spellStart"/>
            <w:r w:rsidRPr="00DE1324">
              <w:rPr>
                <w:b/>
              </w:rPr>
              <w:t>Botoșani</w:t>
            </w:r>
            <w:proofErr w:type="spellEnd"/>
          </w:p>
          <w:p w:rsidR="00F6497E" w:rsidRPr="00DE1324" w:rsidRDefault="00F6497E" w:rsidP="00ED500B">
            <w:pPr>
              <w:keepNext/>
            </w:pPr>
          </w:p>
        </w:tc>
      </w:tr>
      <w:tr w:rsidR="00F6497E" w:rsidTr="00ED500B">
        <w:trPr>
          <w:cantSplit/>
          <w:trHeight w:val="510"/>
        </w:trPr>
        <w:tc>
          <w:tcPr>
            <w:tcW w:w="1606" w:type="dxa"/>
            <w:vMerge/>
          </w:tcPr>
          <w:p w:rsidR="00F6497E" w:rsidRDefault="00F6497E" w:rsidP="00ED500B"/>
        </w:tc>
        <w:tc>
          <w:tcPr>
            <w:tcW w:w="8030" w:type="dxa"/>
            <w:gridSpan w:val="3"/>
            <w:shd w:val="clear" w:color="auto" w:fill="F0F0F0"/>
          </w:tcPr>
          <w:p w:rsidR="00F6497E" w:rsidRPr="00DE1324" w:rsidRDefault="00F6497E" w:rsidP="00ED500B">
            <w:pPr>
              <w:keepNext/>
            </w:pPr>
            <w:proofErr w:type="spellStart"/>
            <w:r w:rsidRPr="00DE1324">
              <w:rPr>
                <w:b/>
              </w:rPr>
              <w:t>Primăria</w:t>
            </w:r>
            <w:proofErr w:type="spellEnd"/>
            <w:r w:rsidRPr="00DE1324">
              <w:rPr>
                <w:b/>
              </w:rPr>
              <w:t xml:space="preserve"> </w:t>
            </w:r>
            <w:proofErr w:type="spellStart"/>
            <w:r w:rsidRPr="00DE1324">
              <w:rPr>
                <w:b/>
              </w:rPr>
              <w:t>Manoleasa</w:t>
            </w:r>
            <w:proofErr w:type="spellEnd"/>
          </w:p>
          <w:p w:rsidR="00F6497E" w:rsidRPr="00DE1324" w:rsidRDefault="00F6497E" w:rsidP="00ED500B">
            <w:pPr>
              <w:keepNext/>
            </w:pPr>
          </w:p>
        </w:tc>
      </w:tr>
      <w:tr w:rsidR="00F6497E" w:rsidTr="00ED500B">
        <w:trPr>
          <w:cantSplit/>
          <w:trHeight w:val="510"/>
        </w:trPr>
        <w:tc>
          <w:tcPr>
            <w:tcW w:w="1606" w:type="dxa"/>
            <w:vMerge/>
          </w:tcPr>
          <w:p w:rsidR="00F6497E" w:rsidRDefault="00F6497E" w:rsidP="00ED500B"/>
        </w:tc>
        <w:tc>
          <w:tcPr>
            <w:tcW w:w="2409" w:type="dxa"/>
            <w:shd w:val="clear" w:color="auto" w:fill="F0F0F0"/>
          </w:tcPr>
          <w:p w:rsidR="00F6497E" w:rsidRPr="00DE1324" w:rsidRDefault="00F6497E" w:rsidP="00ED500B">
            <w:pPr>
              <w:keepNext/>
              <w:rPr>
                <w:lang w:val="fr-FR"/>
              </w:rPr>
            </w:pPr>
            <w:r w:rsidRPr="00DE1324">
              <w:rPr>
                <w:b/>
                <w:lang w:val="fr-FR"/>
              </w:rPr>
              <w:t xml:space="preserve">Cod </w:t>
            </w:r>
            <w:proofErr w:type="gramStart"/>
            <w:r w:rsidRPr="00DE1324">
              <w:rPr>
                <w:b/>
                <w:lang w:val="fr-FR"/>
              </w:rPr>
              <w:t xml:space="preserve">de </w:t>
            </w:r>
            <w:proofErr w:type="spellStart"/>
            <w:r w:rsidRPr="00DE1324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DE1324">
              <w:rPr>
                <w:b/>
                <w:lang w:val="fr-FR"/>
              </w:rPr>
              <w:t xml:space="preserve"> </w:t>
            </w:r>
            <w:proofErr w:type="spellStart"/>
            <w:r w:rsidRPr="00DE1324">
              <w:rPr>
                <w:b/>
                <w:lang w:val="fr-FR"/>
              </w:rPr>
              <w:t>fiscală</w:t>
            </w:r>
            <w:proofErr w:type="spellEnd"/>
            <w:r w:rsidRPr="00DE1324">
              <w:rPr>
                <w:b/>
                <w:lang w:val="fr-FR"/>
              </w:rPr>
              <w:t xml:space="preserve"> (CIF)</w:t>
            </w:r>
          </w:p>
          <w:p w:rsidR="00F6497E" w:rsidRPr="00DE1324" w:rsidRDefault="00F6497E" w:rsidP="00ED500B">
            <w:pPr>
              <w:keepNext/>
              <w:rPr>
                <w:lang w:val="fr-FR"/>
              </w:rPr>
            </w:pPr>
            <w:r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F6497E" w:rsidRPr="00DE1324" w:rsidRDefault="00F6497E" w:rsidP="00ED500B">
            <w:pPr>
              <w:keepNext/>
              <w:rPr>
                <w:b/>
                <w:lang w:val="pt-PT"/>
              </w:rPr>
            </w:pPr>
            <w:r>
              <w:rPr>
                <w:b/>
                <w:lang w:val="pt-PT"/>
              </w:rPr>
              <w:t>Adresa: Strada Principal</w:t>
            </w:r>
            <w:r>
              <w:rPr>
                <w:b/>
                <w:lang w:val="ro-RO"/>
              </w:rPr>
              <w:t>ă</w:t>
            </w:r>
            <w:r>
              <w:rPr>
                <w:b/>
                <w:lang w:val="pt-PT"/>
              </w:rPr>
              <w:t>, Nr. 37</w:t>
            </w:r>
            <w:r w:rsidRPr="00DE1324">
              <w:rPr>
                <w:b/>
                <w:lang w:val="pt-PT"/>
              </w:rPr>
              <w:t>, Cod poștal 717230</w:t>
            </w:r>
          </w:p>
          <w:p w:rsidR="00F6497E" w:rsidRPr="00DE1324" w:rsidRDefault="00F6497E" w:rsidP="00ED500B">
            <w:pPr>
              <w:keepNext/>
              <w:rPr>
                <w:b/>
                <w:lang w:val="it-IT"/>
              </w:rPr>
            </w:pPr>
            <w:r w:rsidRPr="00DE1324">
              <w:rPr>
                <w:b/>
                <w:lang w:val="it-IT"/>
              </w:rPr>
              <w:t xml:space="preserve">Telefon: </w:t>
            </w:r>
            <w:r w:rsidRPr="00DE1324">
              <w:rPr>
                <w:rFonts w:cs="Times New Roman"/>
                <w:b/>
                <w:lang w:eastAsia="ro-RO"/>
              </w:rPr>
              <w:t xml:space="preserve">0231-560101 / </w:t>
            </w:r>
            <w:r>
              <w:rPr>
                <w:b/>
                <w:lang w:val="it-IT"/>
              </w:rPr>
              <w:t xml:space="preserve"> </w:t>
            </w:r>
            <w:r w:rsidRPr="00DE1324">
              <w:rPr>
                <w:rFonts w:cs="Times New Roman"/>
                <w:b/>
                <w:lang w:eastAsia="ro-RO"/>
              </w:rPr>
              <w:t>0231-560222</w:t>
            </w:r>
          </w:p>
          <w:p w:rsidR="00F6497E" w:rsidRPr="00DE1324" w:rsidRDefault="00F6497E" w:rsidP="00ED500B">
            <w:pPr>
              <w:keepNext/>
              <w:rPr>
                <w:b/>
                <w:lang w:val="it-IT"/>
              </w:rPr>
            </w:pPr>
            <w:r w:rsidRPr="00DE1324">
              <w:rPr>
                <w:b/>
                <w:lang w:val="it-IT"/>
              </w:rPr>
              <w:t xml:space="preserve">E-mail: </w:t>
            </w:r>
            <w:r w:rsidRPr="00DE1324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DE1324">
                <w:rPr>
                  <w:rStyle w:val="Hyperlink"/>
                  <w:rFonts w:cs="Times New Roman"/>
                  <w:b/>
                  <w:color w:val="auto"/>
                  <w:u w:val="none"/>
                </w:rPr>
                <w:t>primaria_manoleasa@yahoo.com</w:t>
              </w:r>
            </w:hyperlink>
          </w:p>
          <w:p w:rsidR="00F6497E" w:rsidRPr="00DE1324" w:rsidRDefault="00F6497E" w:rsidP="00ED500B">
            <w:pPr>
              <w:keepNext/>
              <w:rPr>
                <w:b/>
              </w:rPr>
            </w:pPr>
            <w:r w:rsidRPr="00DE1324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DE1324">
                <w:rPr>
                  <w:rStyle w:val="Hyperlink"/>
                  <w:rFonts w:cs="Times New Roman"/>
                  <w:b/>
                  <w:color w:val="auto"/>
                  <w:u w:val="none"/>
                </w:rPr>
                <w:t>http://www.comunamanoleasa.ro</w:t>
              </w:r>
            </w:hyperlink>
          </w:p>
        </w:tc>
      </w:tr>
      <w:tr w:rsidR="00F6497E" w:rsidTr="00ED500B">
        <w:trPr>
          <w:cantSplit/>
          <w:trHeight w:val="510"/>
        </w:trPr>
        <w:tc>
          <w:tcPr>
            <w:tcW w:w="1606" w:type="dxa"/>
            <w:vMerge/>
          </w:tcPr>
          <w:p w:rsidR="00F6497E" w:rsidRDefault="00F6497E" w:rsidP="00ED500B"/>
        </w:tc>
        <w:tc>
          <w:tcPr>
            <w:tcW w:w="4818" w:type="dxa"/>
            <w:gridSpan w:val="2"/>
            <w:shd w:val="clear" w:color="auto" w:fill="F0F0F0"/>
          </w:tcPr>
          <w:p w:rsidR="00F6497E" w:rsidRPr="00DE1324" w:rsidRDefault="00F6497E" w:rsidP="00ED500B">
            <w:pPr>
              <w:keepNext/>
            </w:pPr>
            <w:proofErr w:type="spellStart"/>
            <w:r w:rsidRPr="00DE1324">
              <w:rPr>
                <w:b/>
              </w:rPr>
              <w:t>Număr</w:t>
            </w:r>
            <w:proofErr w:type="spellEnd"/>
            <w:r w:rsidRPr="00DE1324">
              <w:rPr>
                <w:b/>
              </w:rPr>
              <w:t xml:space="preserve"> de </w:t>
            </w:r>
            <w:proofErr w:type="spellStart"/>
            <w:r w:rsidRPr="00DE1324">
              <w:rPr>
                <w:b/>
              </w:rPr>
              <w:t>înregistrare</w:t>
            </w:r>
            <w:proofErr w:type="spellEnd"/>
          </w:p>
          <w:p w:rsidR="00F6497E" w:rsidRPr="00DE1324" w:rsidRDefault="00F6497E" w:rsidP="00ED50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F6497E" w:rsidRPr="00DE1324" w:rsidRDefault="00F6497E" w:rsidP="00ED500B">
            <w:pPr>
              <w:keepNext/>
            </w:pPr>
            <w:r w:rsidRPr="00DE1324">
              <w:rPr>
                <w:b/>
              </w:rPr>
              <w:t>Data</w:t>
            </w:r>
          </w:p>
          <w:p w:rsidR="00F6497E" w:rsidRPr="00DE1324" w:rsidRDefault="00F6497E" w:rsidP="00ED500B">
            <w:pPr>
              <w:keepNext/>
            </w:pP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  <w:bookmarkStart w:id="0" w:name="_GoBack"/>
      <w:bookmarkEnd w:id="0"/>
    </w:p>
    <w:p w:rsidR="00A11ECC" w:rsidRPr="00182EDC" w:rsidRDefault="00FB5C36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:rsidR="00A11ECC" w:rsidRDefault="00FB5C36">
      <w:pPr>
        <w:spacing w:after="120"/>
        <w:jc w:val="center"/>
      </w:pPr>
      <w:proofErr w:type="gramStart"/>
      <w:r>
        <w:rPr>
          <w:sz w:val="19"/>
        </w:rPr>
        <w:t>privind</w:t>
      </w:r>
      <w:proofErr w:type="gramEnd"/>
      <w:r>
        <w:rPr>
          <w:sz w:val="19"/>
        </w:rPr>
        <w:t xml:space="preserve"> începerea execuției lucrărilor</w:t>
      </w:r>
    </w:p>
    <w:p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>
        <w:trPr>
          <w:cantSplit/>
        </w:trPr>
        <w:tc>
          <w:tcPr>
            <w:tcW w:w="9636" w:type="dxa"/>
            <w:shd w:val="clear" w:color="auto" w:fill="F4F4F4"/>
          </w:tcPr>
          <w:p w:rsidR="00A11ECC" w:rsidRDefault="00FB5C36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>
        <w:trPr>
          <w:cantSplit/>
          <w:trHeight w:val="510"/>
        </w:trPr>
        <w:tc>
          <w:tcPr>
            <w:tcW w:w="9636" w:type="dxa"/>
          </w:tcPr>
          <w:p w:rsidR="00A11ECC" w:rsidRPr="00E6757A" w:rsidRDefault="00FB5C36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A11ECC" w:rsidRPr="00E6757A" w:rsidRDefault="00FB5C36">
            <w:pPr>
              <w:keepNext/>
              <w:rPr>
                <w:lang w:val="fr-FR"/>
              </w:rPr>
            </w:pPr>
            <w:proofErr w:type="spellStart"/>
            <w:r>
              <w:rPr>
                <w:i/>
                <w:color w:val="7A7A7A"/>
                <w:lang w:val="fr-FR"/>
              </w:rPr>
              <w:t>p</w:t>
            </w:r>
            <w:r w:rsidRPr="00E6757A">
              <w:rPr>
                <w:i/>
                <w:color w:val="7A7A7A"/>
                <w:lang w:val="fr-FR"/>
              </w:rPr>
              <w:t>rimăria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>
        <w:trPr>
          <w:cantSplit/>
        </w:trPr>
        <w:tc>
          <w:tcPr>
            <w:tcW w:w="9636" w:type="dxa"/>
            <w:shd w:val="clear" w:color="auto" w:fill="F4F4F4"/>
          </w:tcPr>
          <w:p w:rsidR="00A11ECC" w:rsidRPr="00E6757A" w:rsidRDefault="00FB5C36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FB5C36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5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FB5C36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FB5C36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11ECC" w:rsidRDefault="00A11ECC">
            <w:pPr>
              <w:keepNext/>
            </w:pPr>
          </w:p>
        </w:tc>
        <w:tc>
          <w:tcPr>
            <w:tcW w:w="1606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Default="00FB5C36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>
        <w:trPr>
          <w:cantSplit/>
          <w:trHeight w:val="510"/>
        </w:trPr>
        <w:tc>
          <w:tcPr>
            <w:tcW w:w="4015" w:type="dxa"/>
            <w:gridSpan w:val="3"/>
          </w:tcPr>
          <w:p w:rsidR="00A11ECC" w:rsidRDefault="00FB5C36">
            <w:r>
              <w:rPr>
                <w:b/>
                <w:color w:val="0D5F78"/>
              </w:rPr>
              <w:t>Telefon / fax</w:t>
            </w:r>
          </w:p>
          <w:p w:rsidR="00A11ECC" w:rsidRDefault="00A11ECC"/>
        </w:tc>
        <w:tc>
          <w:tcPr>
            <w:tcW w:w="5621" w:type="dxa"/>
            <w:gridSpan w:val="5"/>
          </w:tcPr>
          <w:p w:rsidR="00A11ECC" w:rsidRDefault="00FB5C36">
            <w:r>
              <w:rPr>
                <w:b/>
                <w:color w:val="0D5F78"/>
              </w:rPr>
              <w:t>E-mail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Pr="00E6757A" w:rsidRDefault="00FB5C36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11ECC" w:rsidRDefault="00A11ECC">
            <w:pPr>
              <w:keepNext/>
            </w:pPr>
          </w:p>
        </w:tc>
        <w:tc>
          <w:tcPr>
            <w:tcW w:w="5621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FB5C36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E6757A" w:rsidRDefault="00FB5C36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>
        <w:trPr>
          <w:cantSplit/>
          <w:trHeight w:val="510"/>
        </w:trPr>
        <w:tc>
          <w:tcPr>
            <w:tcW w:w="9636" w:type="dxa"/>
            <w:gridSpan w:val="3"/>
          </w:tcPr>
          <w:p w:rsidR="00A11ECC" w:rsidRDefault="00FB5C36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p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>
        <w:trPr>
          <w:cantSplit/>
          <w:trHeight w:val="510"/>
        </w:trPr>
        <w:tc>
          <w:tcPr>
            <w:tcW w:w="2409" w:type="dxa"/>
          </w:tcPr>
          <w:p w:rsidR="00A11ECC" w:rsidRDefault="00FB5C36">
            <w:r>
              <w:rPr>
                <w:b/>
                <w:color w:val="0D5F78"/>
              </w:rPr>
              <w:t>Că la data de</w:t>
            </w:r>
          </w:p>
          <w:p w:rsidR="00A11ECC" w:rsidRDefault="00A11ECC"/>
        </w:tc>
        <w:tc>
          <w:tcPr>
            <w:tcW w:w="1606" w:type="dxa"/>
          </w:tcPr>
          <w:p w:rsidR="00A11ECC" w:rsidRDefault="00FB5C36">
            <w:r>
              <w:rPr>
                <w:b/>
                <w:color w:val="0D5F78"/>
              </w:rPr>
              <w:t>ora</w:t>
            </w:r>
          </w:p>
          <w:p w:rsidR="00A11ECC" w:rsidRDefault="00A11ECC"/>
        </w:tc>
        <w:tc>
          <w:tcPr>
            <w:tcW w:w="5621" w:type="dxa"/>
          </w:tcPr>
          <w:p w:rsidR="00A11ECC" w:rsidRPr="00E6757A" w:rsidRDefault="00FB5C36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:rsidR="00A11ECC" w:rsidRDefault="00FB5C36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11ECC" w:rsidRDefault="00FB5C36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>
        <w:trPr>
          <w:cantSplit/>
        </w:trPr>
        <w:tc>
          <w:tcPr>
            <w:tcW w:w="9636" w:type="dxa"/>
            <w:gridSpan w:val="6"/>
          </w:tcPr>
          <w:p w:rsidR="00A11ECC" w:rsidRDefault="00FB5C36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>
        <w:trPr>
          <w:cantSplit/>
          <w:trHeight w:val="510"/>
        </w:trPr>
        <w:tc>
          <w:tcPr>
            <w:tcW w:w="3212" w:type="dxa"/>
            <w:gridSpan w:val="2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11ECC" w:rsidRDefault="00A11ECC">
            <w:pPr>
              <w:keepNext/>
            </w:pPr>
          </w:p>
        </w:tc>
        <w:tc>
          <w:tcPr>
            <w:tcW w:w="803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11ECC" w:rsidRDefault="00A11ECC">
            <w:pPr>
              <w:keepNext/>
            </w:pPr>
          </w:p>
        </w:tc>
        <w:tc>
          <w:tcPr>
            <w:tcW w:w="2409" w:type="dxa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A11ECC" w:rsidRDefault="00A11ECC">
            <w:pPr>
              <w:keepNext/>
            </w:pPr>
          </w:p>
        </w:tc>
      </w:tr>
      <w:tr w:rsidR="00A11ECC">
        <w:trPr>
          <w:cantSplit/>
          <w:trHeight w:val="510"/>
        </w:trPr>
        <w:tc>
          <w:tcPr>
            <w:tcW w:w="5621" w:type="dxa"/>
            <w:gridSpan w:val="3"/>
          </w:tcPr>
          <w:p w:rsidR="00A11ECC" w:rsidRPr="00E6757A" w:rsidRDefault="00FB5C36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:rsidR="00A11ECC" w:rsidRPr="00E6757A" w:rsidRDefault="00FB5C36">
            <w:pPr>
              <w:keepNext/>
              <w:rPr>
                <w:lang w:val="fr-FR"/>
              </w:rPr>
            </w:pPr>
            <w:proofErr w:type="spellStart"/>
            <w:r>
              <w:rPr>
                <w:i/>
                <w:color w:val="7A7A7A"/>
                <w:lang w:val="fr-FR"/>
              </w:rPr>
              <w:t>d</w:t>
            </w:r>
            <w:r w:rsidRPr="00E6757A">
              <w:rPr>
                <w:i/>
                <w:color w:val="7A7A7A"/>
                <w:lang w:val="fr-FR"/>
              </w:rPr>
              <w:t>acă</w:t>
            </w:r>
            <w:proofErr w:type="spellEnd"/>
            <w:r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11ECC" w:rsidRDefault="00FB5C36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A11ECC" w:rsidRDefault="00A11ECC">
            <w:pPr>
              <w:keepNext/>
            </w:pPr>
          </w:p>
        </w:tc>
      </w:tr>
    </w:tbl>
    <w:p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Default="00FB5C36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>
        <w:trPr>
          <w:cantSplit/>
          <w:trHeight w:val="510"/>
        </w:trPr>
        <w:tc>
          <w:tcPr>
            <w:tcW w:w="1606" w:type="dxa"/>
          </w:tcPr>
          <w:p w:rsidR="00A11ECC" w:rsidRDefault="00FB5C36">
            <w:r>
              <w:rPr>
                <w:b/>
                <w:color w:val="0D5F78"/>
              </w:rPr>
              <w:t>Data</w:t>
            </w:r>
          </w:p>
          <w:p w:rsidR="00A11ECC" w:rsidRDefault="00A11ECC"/>
        </w:tc>
        <w:tc>
          <w:tcPr>
            <w:tcW w:w="4818" w:type="dxa"/>
          </w:tcPr>
          <w:p w:rsidR="00A11ECC" w:rsidRDefault="00FB5C36">
            <w:r>
              <w:rPr>
                <w:b/>
                <w:color w:val="0D5F78"/>
              </w:rPr>
              <w:t>Titularul autorizației</w:t>
            </w:r>
          </w:p>
          <w:p w:rsidR="00A11ECC" w:rsidRDefault="00A11ECC"/>
        </w:tc>
        <w:tc>
          <w:tcPr>
            <w:tcW w:w="3212" w:type="dxa"/>
          </w:tcPr>
          <w:p w:rsidR="00A11ECC" w:rsidRDefault="00FB5C36">
            <w:r>
              <w:rPr>
                <w:b/>
                <w:color w:val="0D5F78"/>
              </w:rPr>
              <w:t>Semnătura</w:t>
            </w:r>
          </w:p>
          <w:p w:rsidR="00A11ECC" w:rsidRDefault="00A11ECC"/>
        </w:tc>
      </w:tr>
    </w:tbl>
    <w:p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>
        <w:trPr>
          <w:cantSplit/>
        </w:trPr>
        <w:tc>
          <w:tcPr>
            <w:tcW w:w="9636" w:type="dxa"/>
            <w:shd w:val="clear" w:color="auto" w:fill="F4F4F4"/>
          </w:tcPr>
          <w:p w:rsidR="00A11ECC" w:rsidRPr="00E6757A" w:rsidRDefault="00FB5C36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72B" w:rsidRDefault="001F772B">
      <w:r>
        <w:separator/>
      </w:r>
    </w:p>
  </w:endnote>
  <w:endnote w:type="continuationSeparator" w:id="0">
    <w:p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ECC" w:rsidRDefault="00FB5C36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  <w:t>pagina</w:t>
    </w:r>
    <w:r w:rsidR="00B7083D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7083D">
      <w:rPr>
        <w:color w:val="595959"/>
      </w:rPr>
      <w:fldChar w:fldCharType="separate"/>
    </w:r>
    <w:r w:rsidR="00507082">
      <w:rPr>
        <w:noProof/>
        <w:color w:val="595959"/>
      </w:rPr>
      <w:t>1</w:t>
    </w:r>
    <w:r w:rsidR="00B7083D">
      <w:rPr>
        <w:color w:val="595959"/>
      </w:rPr>
      <w:fldChar w:fldCharType="end"/>
    </w:r>
    <w:r>
      <w:rPr>
        <w:color w:val="595959"/>
      </w:rPr>
      <w:t xml:space="preserve"> din </w:t>
    </w:r>
    <w:r w:rsidR="00B7083D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7083D">
      <w:rPr>
        <w:color w:val="595959"/>
      </w:rPr>
      <w:fldChar w:fldCharType="separate"/>
    </w:r>
    <w:r w:rsidR="00507082">
      <w:rPr>
        <w:noProof/>
        <w:color w:val="595959"/>
      </w:rPr>
      <w:t>1</w:t>
    </w:r>
    <w:r w:rsidR="00B7083D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72B" w:rsidRDefault="001F772B">
      <w:r>
        <w:separator/>
      </w:r>
    </w:p>
  </w:footnote>
  <w:footnote w:type="continuationSeparator" w:id="0">
    <w:p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507082"/>
    <w:rsid w:val="006C103E"/>
    <w:rsid w:val="00A11ECC"/>
    <w:rsid w:val="00AA1D8D"/>
    <w:rsid w:val="00B47730"/>
    <w:rsid w:val="00B7083D"/>
    <w:rsid w:val="00CB0664"/>
    <w:rsid w:val="00E61A6B"/>
    <w:rsid w:val="00E6757A"/>
    <w:rsid w:val="00F6497E"/>
    <w:rsid w:val="00FB5C36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822B78-E3CB-45E2-B8D7-5B732147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FB5C3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B5C3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6497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BA3844-9C66-462F-8452-965C57692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Cadastru</dc:creator>
  <cp:lastModifiedBy>Laptop</cp:lastModifiedBy>
  <cp:revision>17</cp:revision>
  <dcterms:created xsi:type="dcterms:W3CDTF">2026-10-15T12:48:00Z</dcterms:created>
  <dcterms:modified xsi:type="dcterms:W3CDTF">2026-10-27T08:33:00Z</dcterms:modified>
</cp:coreProperties>
</file>